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center"/>
      </w:pPr>
      <w:r>
        <w:rPr>
          <w:rFonts w:ascii="Arial" w:hAnsi="Arial" w:cs="Arial"/>
          <w:b/>
          <w:color w:val="C2255C"/>
          <w:sz w:val="34"/>
          <w:rtl/>
          <w:szCs w:val="34"/>
          <w:bCs/>
        </w:rPr>
        <w:t>🎬 מסרטון אחד – לערכת הוראה שלמה</w:t>
      </w:r>
    </w:p>
    <w:p>
      <w:pPr>
        <w:bidi/>
        <w:jc w:val="center"/>
      </w:pPr>
      <w:r>
        <w:rPr>
          <w:rFonts w:ascii="Arial" w:hAnsi="Arial" w:cs="Arial"/>
          <w:color w:val="555577"/>
          <w:sz w:val="18"/>
          <w:rtl/>
          <w:szCs w:val="18"/>
        </w:rPr>
        <w:t>כרטיס פרומפטים לסדנה · 10 פרומפטים מקוריים · יצרה: רוית ראש בן ישי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93"/>
        <w:gridCol w:w="2693"/>
        <w:gridCol w:w="2693"/>
        <w:gridCol w:w="2693"/>
      </w:tblGrid>
      <w:tr>
        <w:tc>
          <w:tcPr>
            <w:tcW w:type="dxa" w:w="2693"/>
            <w:shd w:val="clear" w:fill="FFF0F6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1. בוחרים סרטון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15"/>
                <w:rtl/>
                <w:szCs w:val="15"/>
              </w:rPr>
              <w:t>3–15 דק׳, קריינות ברורה או כתוביות, מקור אמין, מתאים לגיל.</w:t>
            </w:r>
          </w:p>
        </w:tc>
        <w:tc>
          <w:tcPr>
            <w:tcW w:type="dxa" w:w="2693"/>
            <w:shd w:val="clear" w:fill="FFF0F6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2. מוסיפים כמקור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15"/>
                <w:rtl/>
                <w:szCs w:val="15"/>
              </w:rPr>
              <w:t>בכלי שיחה חכם / מחברת מקורות חכמה. לא נקרא? מדביקים תמליל.</w:t>
            </w:r>
          </w:p>
        </w:tc>
        <w:tc>
          <w:tcPr>
            <w:tcW w:type="dxa" w:w="2693"/>
            <w:shd w:val="clear" w:fill="FFF0F6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3. מדביקים פרומפט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15"/>
                <w:rtl/>
                <w:szCs w:val="15"/>
              </w:rPr>
              <w:t>ממלאים [כיתה] ו־[מקצוע]. פרומפט אחד בכל פעם.</w:t>
            </w:r>
          </w:p>
        </w:tc>
        <w:tc>
          <w:tcPr>
            <w:tcW w:type="dxa" w:w="2693"/>
            <w:shd w:val="clear" w:fill="FFF0F6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4. בודקים ומתאימים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כל עובדה וכל חותמת זמן מול הסרטון. מתאימים לכיתה.</w:t>
            </w:r>
          </w:p>
        </w:tc>
      </w:tr>
    </w:tbl>
    <w:p>
      <w:pPr>
        <w:bidi/>
        <w:jc w:val="right"/>
      </w:pPr>
    </w:p>
    <w:p>
      <w:pPr>
        <w:sectPr>
          <w:footerReference w:type="default" r:id="rId9"/>
          <w:pgSz w:w="11906" w:h="16838"/>
          <w:pgMar w:top="510" w:right="567" w:bottom="624" w:left="567" w:header="720" w:footer="227" w:gutter="0"/>
          <w:cols w:space="720"/>
          <w:docGrid w:linePitch="360"/>
          <w:bidi/>
        </w:sectPr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20"/>
          <w:rtl/>
          <w:szCs w:val="20"/>
          <w:bCs/>
        </w:rPr>
        <w:t>🗓️ 1. מערך שיעור שהסרטון במרכזו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 xml:space="preserve">את/ה מתכנן/ת שיעורים מנוסה. בנה/י מערך שיעור של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[משך השיעור]</w:t>
      </w:r>
      <w:r>
        <w:rPr>
          <w:rFonts w:ascii="Arial" w:hAnsi="Arial" w:cs="Arial"/>
          <w:sz w:val="16"/>
          <w:rtl/>
          <w:szCs w:val="16"/>
        </w:rPr>
        <w:t xml:space="preserve"> דקות לכיתה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[כיתה]</w:t>
      </w:r>
      <w:r>
        <w:rPr>
          <w:rFonts w:ascii="Arial" w:hAnsi="Arial" w:cs="Arial"/>
          <w:sz w:val="16"/>
          <w:rtl/>
          <w:szCs w:val="16"/>
        </w:rPr>
        <w:t xml:space="preserve"> במקצוע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[מקצוע]</w:t>
      </w:r>
      <w:r>
        <w:rPr>
          <w:rFonts w:ascii="Arial" w:hAnsi="Arial" w:cs="Arial"/>
          <w:sz w:val="16"/>
          <w:rtl/>
          <w:szCs w:val="16"/>
        </w:rPr>
        <w:t>, שהסרטון הלימודי שבמקורות נמצא במרכזו.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כלול/י: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1. 2–3 מטרות למידה בניסוח "התלמידים והתלמידות יוכלו ל…".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2. פתיחה של 5 דקות שמעוררת סקרנות (שאלה, תמונה או ניבוי) – בלי לגלות את התוכן.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3. חלוקת הסרטון ל־2–3 מקטעים עם עצירות; לכל עצירה שאלה אחת וחותמת זמן (דקה:שנייה).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4. פעילות עיבוד בזוגות או בקבוצות אחרי הצפייה.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5. סיכום וכרטיס יציאה של 2 שאלות.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6. טבלת זמנים: שלב · דקות · מה עושה המורה · מה עושים התלמידים.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הסתמך/י רק על מה שנאמר ומוצג בסרטון. אם חסר מידע – כתוב/י "לא מופיע בסרטון" ואל תשלים/י מהדמיון.</w:t>
      </w:r>
    </w:p>
    <w:p>
      <w:pPr>
        <w:bidi/>
        <w:jc w:val="right"/>
      </w:pPr>
      <w:r>
        <w:rPr>
          <w:rFonts w:ascii="Arial" w:hAnsi="Arial" w:cs="Arial"/>
          <w:color w:val="555577"/>
          <w:sz w:val="15"/>
          <w:rtl/>
          <w:szCs w:val="15"/>
        </w:rPr>
        <w:t>🧑‍🏫 בקשו קודם רק את טבלת הזמנים, אשרו – ורק אז את הפירוט. כך קל לתקן כיוון לפני שהכול נכתב.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C2255C"/>
          <w:sz w:val="20"/>
          <w:rtl/>
          <w:szCs w:val="20"/>
          <w:bCs/>
        </w:rPr>
        <w:t>🎬 2. דף צפייה פעילה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 xml:space="preserve">הכן/י דף צפייה פעילה לתלמידי כיתה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[כיתה]</w:t>
      </w:r>
      <w:r>
        <w:rPr>
          <w:rFonts w:ascii="Arial" w:hAnsi="Arial" w:cs="Arial"/>
          <w:sz w:val="16"/>
          <w:rtl/>
          <w:szCs w:val="16"/>
        </w:rPr>
        <w:t xml:space="preserve"> במקצוע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[מקצוע]</w:t>
      </w:r>
      <w:r>
        <w:rPr>
          <w:rFonts w:ascii="Arial" w:hAnsi="Arial" w:cs="Arial"/>
          <w:sz w:val="16"/>
          <w:rtl/>
          <w:szCs w:val="16"/>
        </w:rPr>
        <w:t xml:space="preserve"> על בסיס הסרטון שבמקורות.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מבנה הדף: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לפני הצפייה: 2 שאלות ניבוי או ידע קודם.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בזמן הצפייה: 6–8 משימות קצרות לפי סדר הסרטון, כל אחת עם חותמת זמן (דקה:שנייה) – השלמה, נכון/לא נכון, סקיצה קטנה, "רשמו מילה חשובה".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אחרי הצפייה: שאלה אחת "למה זה חשוב לי?" ושאלה אחת שהסרטון לא עונה עליה.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שורת שם / כיתה / תאריך בראש הדף ומקום לכתיבה מתחת לכל משימה.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בסוף – מפתח תשובות נפרד למורה.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כתוב/י בפנייה לרבים ולרבות (קראו, כתבו, סמנו) ובמשפטים קצרים. הסתמך/י רק על מה שנאמר ומוצג בסרטון. אם חסר מידע – כתוב/י "לא מופיע בסרטון" ואל תשלים/י מהדמיון.</w:t>
      </w:r>
    </w:p>
    <w:p>
      <w:pPr>
        <w:bidi/>
        <w:jc w:val="right"/>
      </w:pPr>
      <w:r>
        <w:rPr>
          <w:rFonts w:ascii="Arial" w:hAnsi="Arial" w:cs="Arial"/>
          <w:color w:val="555577"/>
          <w:sz w:val="15"/>
          <w:rtl/>
          <w:szCs w:val="15"/>
        </w:rPr>
        <w:t>🧑‍🏫 חותמות הזמן מאפשרות לעצור בדיוק בנקודה – וגם בודקות שהכלי באמת "קרא" את הסרטון. אם הן לא מתאימות, בדקו את כל הדף.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D9480F"/>
          <w:sz w:val="20"/>
          <w:rtl/>
          <w:szCs w:val="20"/>
          <w:bCs/>
        </w:rPr>
        <w:t>📝 3. דף עבודה מדורג + מפתח תשובות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 xml:space="preserve">צור/י דף עבודה לתלמידי כיתה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[כיתה]</w:t>
      </w:r>
      <w:r>
        <w:rPr>
          <w:rFonts w:ascii="Arial" w:hAnsi="Arial" w:cs="Arial"/>
          <w:sz w:val="16"/>
          <w:rtl/>
          <w:szCs w:val="16"/>
        </w:rPr>
        <w:t xml:space="preserve"> במקצוע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[מקצוע]</w:t>
      </w:r>
      <w:r>
        <w:rPr>
          <w:rFonts w:ascii="Arial" w:hAnsi="Arial" w:cs="Arial"/>
          <w:sz w:val="16"/>
          <w:rtl/>
          <w:szCs w:val="16"/>
        </w:rPr>
        <w:t xml:space="preserve"> שמתרגל את התוכן המרכזי של הסרטון שבמקורות.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3 חלקים מדורגים: א׳ – הבנה ואיתור (3 שאלות), ב׳ – יישום (2 שאלות או בעיה מהחיים), ג׳ – חשיבה מסדר גבוה (שאלה פתוחה אחת).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שלב/י סוגי שאלות: רב־ברירה עם 4 מסיחים סבירים, התאמה, השלמה ושאלה פתוחה.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ליד כל שאלה ציין/י רמת קושי: ⭐ / ⭐⭐ / ⭐⭐⭐.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בסוף: מפתח תשובות מלא, כולל תשובה לדוגמה לשאלה הפתוחה ו־3 קריטריונים לבדיקתה.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השפה תתאים לגיל והפנייה לרבים ולרבות. הסתמך/י רק על מה שנאמר ומוצג בסרטון. אם חסר מידע – כתוב/י "לא מופיע בסרטון" ואל תשלים/י מהדמיון.</w:t>
      </w:r>
    </w:p>
    <w:p>
      <w:pPr>
        <w:bidi/>
        <w:jc w:val="right"/>
      </w:pPr>
      <w:r>
        <w:rPr>
          <w:rFonts w:ascii="Arial" w:hAnsi="Arial" w:cs="Arial"/>
          <w:color w:val="555577"/>
          <w:sz w:val="15"/>
          <w:rtl/>
          <w:szCs w:val="15"/>
        </w:rPr>
        <w:t>🧑‍🏫 בקשו מיד "גרסה ב׳ – אותן מטרות, שאלות אחרות". מצוין לקבוצות מקבילות או לבוחן חוזר.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20"/>
          <w:rtl/>
          <w:szCs w:val="20"/>
          <w:bCs/>
        </w:rPr>
        <w:t>🧠 4. תרגול שליפה וחזרה מרווחת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 xml:space="preserve">על בסיס הסרטון שבמקורות, כתוב/י שאלות לתרגול שליפה (עונים מהזיכרון, בלי סרטון ובלי מחברת) לתלמידי כיתה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[כיתה]</w:t>
      </w:r>
      <w:r>
        <w:rPr>
          <w:rFonts w:ascii="Arial" w:hAnsi="Arial" w:cs="Arial"/>
          <w:sz w:val="16"/>
          <w:rtl/>
          <w:szCs w:val="16"/>
        </w:rPr>
        <w:t xml:space="preserve"> במקצוע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[מקצוע]</w:t>
      </w:r>
      <w:r>
        <w:rPr>
          <w:rFonts w:ascii="Arial" w:hAnsi="Arial" w:cs="Arial"/>
          <w:sz w:val="16"/>
          <w:rtl/>
          <w:szCs w:val="16"/>
        </w:rPr>
        <w:t>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סבב 1 – בסוף השיעור: 5 שאלות קצרות.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סבב 2 – אחרי 3 ימים: 5 שאלות אחרות על אותם רעיונות, בניסוח שונה.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 xml:space="preserve">• סבב 3 – אחרי שבוע: 3 שאלות שמחברות בין הסרטון לנושא שלמדנו קודם: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[נושא קודם]</w:t>
      </w:r>
      <w:r>
        <w:rPr>
          <w:rFonts w:ascii="Arial" w:hAnsi="Arial" w:cs="Arial"/>
          <w:sz w:val="16"/>
          <w:rtl/>
          <w:szCs w:val="16"/>
        </w:rPr>
        <w:t>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כל שאלה נענית במשפט אחד או פחות.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בסוף כל סבב: תשובות קצרות למורה ומשפט אחד לתלמידים שמסביר למה שולפים מהזיכרון.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שאל/י רק על הרעיונות המרכזיים – לא על פרטים שוליים כמו שמות או מספרים. הסתמך/י רק על מה שנאמר ומוצג בסרטון. אם חסר מידע – כתוב/י "לא מופיע בסרטון" ואל תשלים/י מהדמיון.</w:t>
      </w:r>
    </w:p>
    <w:p>
      <w:pPr>
        <w:bidi/>
        <w:jc w:val="right"/>
      </w:pPr>
      <w:r>
        <w:rPr>
          <w:rFonts w:ascii="Arial" w:hAnsi="Arial" w:cs="Arial"/>
          <w:color w:val="555577"/>
          <w:sz w:val="15"/>
          <w:rtl/>
          <w:szCs w:val="15"/>
        </w:rPr>
        <w:t>🧑‍🏫 הקרינו את סבב 2 כפתיחת שיעור של 5 דקות, בלי ציון. השליפה עצמה היא הלמידה.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862E9C"/>
          <w:sz w:val="20"/>
          <w:rtl/>
          <w:szCs w:val="20"/>
          <w:bCs/>
        </w:rPr>
        <w:t>💬 5. דיון וחשיבה ביקורתית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 xml:space="preserve">בנה/י פעילות דיון וחשיבה ביקורתית של 20 דקות בעקבות הסרטון שבמקורות, לכיתה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[כיתה]</w:t>
      </w:r>
      <w:r>
        <w:rPr>
          <w:rFonts w:ascii="Arial" w:hAnsi="Arial" w:cs="Arial"/>
          <w:sz w:val="16"/>
          <w:rtl/>
          <w:szCs w:val="16"/>
        </w:rPr>
        <w:t xml:space="preserve"> במקצוע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[מקצוע]</w:t>
      </w:r>
      <w:r>
        <w:rPr>
          <w:rFonts w:ascii="Arial" w:hAnsi="Arial" w:cs="Arial"/>
          <w:sz w:val="16"/>
          <w:rtl/>
          <w:szCs w:val="16"/>
        </w:rPr>
        <w:t>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כלול/י: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1. 3 שאלות דיון פתוחות שאין להן תשובה נכונה אחת.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2. "מה הסרטון לא מספר לנו?" – 3 שאלות על מה שחסר, מי מציג את המידע ואיך אפשר לבדוק אותו במקור נוסף.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3. טענה אחת מהסרטון שהתלמידים יבחנו: בעד / נגד / תלוי – עם פתיחי משפטים לעזרה ("אני מסכים/ה כי…", "מצד שני…").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4. מבנה עבודה: חשיבה אישית (2 דק׳) ← זוגות (5 דק׳) ← מליאה.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5. 3 כללי שיח מכבד לתלייה על הלוח.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שמור/י על ניטרליות והימנע/י מנושאים פוליטיים. הסתמך/י רק על מה שנאמר ומוצג בסרטון. אם חסר מידע – כתוב/י "לא מופיע בסרטון" ואל תשלים/י מהדמיון.</w:t>
      </w:r>
    </w:p>
    <w:p>
      <w:pPr>
        <w:bidi/>
        <w:jc w:val="right"/>
      </w:pPr>
      <w:r>
        <w:rPr>
          <w:rFonts w:ascii="Arial" w:hAnsi="Arial" w:cs="Arial"/>
          <w:color w:val="555577"/>
          <w:sz w:val="15"/>
          <w:rtl/>
          <w:szCs w:val="15"/>
        </w:rPr>
        <w:t>🧑‍🏫 השאלה "מה חסר בסרטון?" היא אוריינות מדיה בזעיר אנפין – מתאימה לכל מקצוע ולשיעורי חינוך.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20"/>
          <w:rtl/>
          <w:szCs w:val="20"/>
          <w:bCs/>
        </w:rPr>
        <w:t>✅ 6. הערכה מעצבת – בודקים הבנה תוך כדי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 xml:space="preserve">הכן/י כלים להערכה מעצבת (בדיקת הבנה תוך כדי למידה, לא ציון) לשיעור על הסרטון שבמקורות, כיתה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[כיתה]</w:t>
      </w:r>
      <w:r>
        <w:rPr>
          <w:rFonts w:ascii="Arial" w:hAnsi="Arial" w:cs="Arial"/>
          <w:sz w:val="16"/>
          <w:rtl/>
          <w:szCs w:val="16"/>
        </w:rPr>
        <w:t xml:space="preserve">, מקצוע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[מקצוע]</w:t>
      </w:r>
      <w:r>
        <w:rPr>
          <w:rFonts w:ascii="Arial" w:hAnsi="Arial" w:cs="Arial"/>
          <w:sz w:val="16"/>
          <w:rtl/>
          <w:szCs w:val="16"/>
        </w:rPr>
        <w:t>: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"שאלת ציר" אחת לאמצע השיעור: רב־ברירה שכל מסיח בה חושף תפיסה שגויה מסוימת. ליד כל מסיח – מה הוא מלמד את המורה ומה עושים אם רבים בחרו בו.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3 תפיסות שגויות שהסרטון עלול ליצור או לחזק, ואיך מזהים אותן.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כרטיס יציאה 3·2·1: 3 דברים שלמדתי, 2 שאלות שנשארו לי, חיבור 1 לחיים.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סולם הערכה עצמית בארבע דרגות עם אימוג׳י.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טבלה קצרה למורה: מה עושים מחר עם מי שהבינו / הבינו חלקית / עוד לא.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הסתמך/י רק על מה שנאמר ומוצג בסרטון. אם חסר מידע – כתוב/י "לא מופיע בסרטון" ואל תשלים/י מהדמיון.</w:t>
      </w:r>
    </w:p>
    <w:p>
      <w:pPr>
        <w:bidi/>
        <w:jc w:val="right"/>
      </w:pPr>
      <w:r>
        <w:rPr>
          <w:rFonts w:ascii="Arial" w:hAnsi="Arial" w:cs="Arial"/>
          <w:color w:val="555577"/>
          <w:sz w:val="15"/>
          <w:rtl/>
          <w:szCs w:val="15"/>
        </w:rPr>
        <w:t>🧑‍🏫 במקום לאסוף דפים – "הראו באצבעות 1–4". תוך 30 שניות יודעים אם להמשיך או לעצור.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864AB"/>
          <w:sz w:val="20"/>
          <w:rtl/>
          <w:szCs w:val="20"/>
          <w:bCs/>
        </w:rPr>
        <w:t>📖 7. מילון מושגים מהסרטון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 xml:space="preserve">צור/י מילון מושגים מהסרטון שבמקורות לתלמידי כיתה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[כיתה]</w:t>
      </w:r>
      <w:r>
        <w:rPr>
          <w:rFonts w:ascii="Arial" w:hAnsi="Arial" w:cs="Arial"/>
          <w:sz w:val="16"/>
          <w:rtl/>
          <w:szCs w:val="16"/>
        </w:rPr>
        <w:t xml:space="preserve"> במקצוע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[מקצוע]</w:t>
      </w:r>
      <w:r>
        <w:rPr>
          <w:rFonts w:ascii="Arial" w:hAnsi="Arial" w:cs="Arial"/>
          <w:sz w:val="16"/>
          <w:rtl/>
          <w:szCs w:val="16"/>
        </w:rPr>
        <w:t>: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8–12 מושגים מרכזיים לפי סדר הופעתם, כל אחד עם חותמת זמן.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לכל מושג: הגדרה פשוטה במשפט אחד, משפט דוגמה מחיי היום־יום, אימוג׳י או רמז חזותי, ומילה קרובה אם יש.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הצג/י בטבלה: מושג · הגדרה · דוגמה · רמז חזותי.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בסוף: תרגיל התאמה (מושג ↔ הגדרה) ו־5 משפטים להשלמה עם מחסן מילים.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מושג שלא מוסבר בסרטון – סמן/י "להשלמה מהמורה" ואל תמציא/י הגדרה.</w:t>
      </w:r>
    </w:p>
    <w:p>
      <w:pPr>
        <w:bidi/>
        <w:jc w:val="right"/>
      </w:pPr>
      <w:r>
        <w:rPr>
          <w:rFonts w:ascii="Arial" w:hAnsi="Arial" w:cs="Arial"/>
          <w:color w:val="555577"/>
          <w:sz w:val="15"/>
          <w:rtl/>
          <w:szCs w:val="15"/>
        </w:rPr>
        <w:t>🧑‍🏫 למילון יש ערך כפול לעולים: הוסיפו לפרומפט "הוסף/י עמודה בשפה: [שפה]".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E67700"/>
          <w:sz w:val="20"/>
          <w:rtl/>
          <w:szCs w:val="20"/>
          <w:bCs/>
        </w:rPr>
        <w:t>🛠️ 8. משימת ביצוע אותנטית + מחוון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 xml:space="preserve">תכנן/י משימת ביצוע בעקבות הסרטון שבמקורות, לכיתה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[כיתה]</w:t>
      </w:r>
      <w:r>
        <w:rPr>
          <w:rFonts w:ascii="Arial" w:hAnsi="Arial" w:cs="Arial"/>
          <w:sz w:val="16"/>
          <w:rtl/>
          <w:szCs w:val="16"/>
        </w:rPr>
        <w:t xml:space="preserve"> במקצוע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[מקצוע]</w:t>
      </w:r>
      <w:r>
        <w:rPr>
          <w:rFonts w:ascii="Arial" w:hAnsi="Arial" w:cs="Arial"/>
          <w:sz w:val="16"/>
          <w:rtl/>
          <w:szCs w:val="16"/>
        </w:rPr>
        <w:t>: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תרחיש מהחיים עם תפקיד וקהל (למשל: "אתם צוות ההסברה של בית הספר…").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3 אפשרויות תוצר לבחירה באותה רמת קושי (כרזה, הסבר מוקלט קצר, דגם, כתבה, הצגה קצרה).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שלבי עבודה עם לוח זמנים לשבוע.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מחוון בטבלה: 4 קריטריונים × 4 רמות, בשפה ידידותית לתלמידים.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• דף רפלקציה קצר לסיום ושאלות מנחות למורה במהלך העבודה.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התוכן העובדתי יישען על הסרטון; כל מידע נוסף יסומן "לבדיקה במקור נוסף".</w:t>
      </w:r>
    </w:p>
    <w:p>
      <w:pPr>
        <w:bidi/>
        <w:jc w:val="right"/>
      </w:pPr>
      <w:r>
        <w:rPr>
          <w:rFonts w:ascii="Arial" w:hAnsi="Arial" w:cs="Arial"/>
          <w:color w:val="555577"/>
          <w:sz w:val="15"/>
          <w:rtl/>
          <w:szCs w:val="15"/>
        </w:rPr>
        <w:t>🧑‍🏫 השאלות המנחות הופכות אתכם למאמנים ולא לבודקים – הסתובבו בין הקבוצות איתן ביד.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C92A2A"/>
          <w:sz w:val="20"/>
          <w:rtl/>
          <w:szCs w:val="20"/>
          <w:bCs/>
        </w:rPr>
        <w:t>💛 9. התאמה לחנ״מ ולעולים חדשים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 xml:space="preserve">קח/י את חומר ההוראה שיצרת על בסיס הסרטון (או צור/י דף צפייה קצר) והכן/י ממנו שלוש גרסאות לכיתה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[כיתה]</w:t>
      </w:r>
      <w:r>
        <w:rPr>
          <w:rFonts w:ascii="Arial" w:hAnsi="Arial" w:cs="Arial"/>
          <w:sz w:val="16"/>
          <w:rtl/>
          <w:szCs w:val="16"/>
        </w:rPr>
        <w:t xml:space="preserve"> במקצוע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[מקצוע]</w:t>
      </w:r>
      <w:r>
        <w:rPr>
          <w:rFonts w:ascii="Arial" w:hAnsi="Arial" w:cs="Arial"/>
          <w:sz w:val="16"/>
          <w:rtl/>
          <w:szCs w:val="16"/>
        </w:rPr>
        <w:t>: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1. רגילה.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2. חנ״מ: משפטים קצרים, משימה אחת בכל שורה, 2–3 אפשרויות בחירה בלבד, מחסן מילים, הדגשת מילת המפתח בכל שאלה, בלי מגבלת זמן.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3. עולים חדשים: עברית פשוטה, מילון תמונות או אימוג׳י למילים הקשות, פתיחי תשובה ("בסרטון ראיתי ש…") ואפשרות לענות בציור או בהתאמה.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שמור/י על אותן מטרות למידה בכל הגרסאות – משנים את הדרך, לא את היעד. בדף התלמיד אל תכתוב/י "חנ״מ" או "עולים": סמן/י כל גרסה בסמל צבע (🔵 🟢 🟠) והסבר/י למורה בנפרד.</w:t>
      </w:r>
    </w:p>
    <w:p>
      <w:pPr>
        <w:bidi/>
        <w:jc w:val="right"/>
      </w:pPr>
      <w:r>
        <w:rPr>
          <w:rFonts w:ascii="Arial" w:hAnsi="Arial" w:cs="Arial"/>
          <w:color w:val="555577"/>
          <w:sz w:val="15"/>
          <w:rtl/>
          <w:szCs w:val="15"/>
        </w:rPr>
        <w:t>🧑‍🏫 הדפיסו את שלוש הגרסאות על אותו צבע נייר – כולם עובדים על "אותו דף".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364FC7"/>
          <w:sz w:val="20"/>
          <w:rtl/>
          <w:szCs w:val="20"/>
          <w:bCs/>
        </w:rPr>
        <w:t>🎁 10. ערכת הוראה מלאה – שלב אחר שלב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 xml:space="preserve">בנה/י ערכת הוראה מלאה על בסיס הסרטון שבמקורות, לכיתה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[כיתה]</w:t>
      </w:r>
      <w:r>
        <w:rPr>
          <w:rFonts w:ascii="Arial" w:hAnsi="Arial" w:cs="Arial"/>
          <w:sz w:val="16"/>
          <w:rtl/>
          <w:szCs w:val="16"/>
        </w:rPr>
        <w:t xml:space="preserve"> במקצוע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[מקצוע]</w:t>
      </w:r>
      <w:r>
        <w:rPr>
          <w:rFonts w:ascii="Arial" w:hAnsi="Arial" w:cs="Arial"/>
          <w:sz w:val="16"/>
          <w:rtl/>
          <w:szCs w:val="16"/>
        </w:rPr>
        <w:t>. עבוד/י בשלבים: הצג/י חלק אחד בכל פעם ושאל/י "להמשיך?" לפני החלק הבא.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1. סיכום הסרטון ב־5 נקודות + 3 מטרות למידה.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 xml:space="preserve">2. מערך שיעור של </w:t>
      </w:r>
      <w:r>
        <w:rPr>
          <w:rFonts w:ascii="Arial" w:hAnsi="Arial" w:cs="Arial"/>
          <w:b/>
          <w:sz w:val="16"/>
          <w:rtl/>
          <w:szCs w:val="16"/>
          <w:bCs/>
          <w:highlight w:val="yellow"/>
        </w:rPr>
        <w:t>[משך השיעור]</w:t>
      </w:r>
      <w:r>
        <w:rPr>
          <w:rFonts w:ascii="Arial" w:hAnsi="Arial" w:cs="Arial"/>
          <w:sz w:val="16"/>
          <w:rtl/>
          <w:szCs w:val="16"/>
        </w:rPr>
        <w:t xml:space="preserve"> דקות.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3. דף צפייה פעילה עם חותמות זמן.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4. דף עבודה מדורג עם מפתח תשובות.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5. 5 שאלות שליפה ושאלת ציר להערכה מעצבת.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6. פעילות דיון אחת.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7. התאמה לחנ״מ ולעולים חדשים.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8. משימת ביצוע קצרה עם מחוון.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לאורך כל הערכה: פנייה לרבים ולרבות, שפה מותאמת לגיל, הסתמכות על הסרטון בלבד וחותמת זמן לכל עובדה. בסוף – רשימת "מה לבדוק לפני הכיתה".</w:t>
      </w:r>
    </w:p>
    <w:p>
      <w:pPr>
        <w:bidi/>
        <w:jc w:val="right"/>
      </w:pPr>
      <w:r>
        <w:rPr>
          <w:rFonts w:ascii="Arial" w:hAnsi="Arial" w:cs="Arial"/>
          <w:color w:val="555577"/>
          <w:sz w:val="15"/>
          <w:rtl/>
          <w:szCs w:val="15"/>
        </w:rPr>
        <w:t>🧑‍🏫 אספו את כל החלקים למסמך אחד לפי הסדר – וקיבלתם ערכה לשיתוף עם צוות המקצוע.</w:t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19"/>
          <w:rtl/>
          <w:szCs w:val="19"/>
          <w:bCs/>
        </w:rPr>
        <w:t>🔍 פרומפט בדיקה – אחרי כל תוצר:</w:t>
      </w:r>
    </w:p>
    <w:p>
      <w:pPr>
        <w:bidi/>
        <w:jc w:val="right"/>
      </w:pPr>
      <w:r>
        <w:rPr>
          <w:rFonts w:ascii="Arial" w:hAnsi="Arial" w:cs="Arial"/>
          <w:sz w:val="16"/>
          <w:rtl/>
          <w:szCs w:val="16"/>
        </w:rPr>
        <w:t>עבור/י על כל מה שכתבת והשווה/י לסרטון שבמקורות. סמן/י כל משפט שאינו מופיע בסרטון, כל חותמת זמן שאינה מדויקת וכל מונח שהוגדר לא נכון – ותקן/י אותם.</w:t>
      </w:r>
    </w:p>
    <w:p>
      <w:pPr>
        <w:bidi/>
        <w:jc w:val="right"/>
      </w:pPr>
      <w:r>
        <w:rPr>
          <w:rFonts w:ascii="Arial" w:hAnsi="Arial" w:cs="Arial"/>
          <w:color w:val="555577"/>
          <w:sz w:val="15"/>
          <w:rtl/>
          <w:szCs w:val="15"/>
        </w:rPr>
        <w:t>🔒 לא מוסיפים לכלי שמות, ציונים או פרטים מזהים של תלמידים · 🎞️ מקרינים סרטונים מהמקור · כל הפרומפטים ובונה פרומפט: ogdan-promptim.sites.tab.bot/sirton.html</w:t>
      </w:r>
    </w:p>
    <w:sectPr w:rsidR="00FC693F" w:rsidRPr="0006063C" w:rsidSect="00034616">
      <w:type w:val="continuous"/>
      <w:pgSz w:w="11906" w:h="16838"/>
      <w:pgMar w:top="510" w:right="567" w:bottom="624" w:left="567" w:header="720" w:footer="227" w:gutter="0"/>
      <w:cols w:space="340" w:num="2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15"/>
        <w:rtl/>
        <w:szCs w:val="15"/>
      </w:rPr>
      <w:t xml:space="preserve">  יצרה: רוית ראש בן ישי · אוגדן פרומפטים מנצחים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2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2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כרטיס פרומפטים – מסרטון אחד לערכת הוראה שלמה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